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OŚWIADCZENIE ELEKTRYKA DO ODBIORU DOMU</w:t>
      </w:r>
    </w:p>
    <w:p/>
    <w:p/>
    <w:p>
      <w:r>
        <w:rPr>
          <w:b/>
          <w:sz w:val="20"/>
        </w:rPr>
        <w:t>Dane Elektryka wykonującego pomiary i odbiór instalacji elektrycznej:</w:t>
      </w:r>
    </w:p>
    <w:p>
      <w:r>
        <w:rPr>
          <w:b w:val="0"/>
          <w:sz w:val="20"/>
        </w:rPr>
        <w:t>Imię i Nazwisko : ____________________________________________________________</w:t>
      </w:r>
    </w:p>
    <w:p>
      <w:r>
        <w:rPr>
          <w:b w:val="0"/>
          <w:sz w:val="20"/>
        </w:rPr>
        <w:t>Nr uprawnień SEP : ___________________________________________________________</w:t>
      </w:r>
    </w:p>
    <w:p>
      <w:r>
        <w:rPr>
          <w:b w:val="0"/>
          <w:sz w:val="20"/>
        </w:rPr>
        <w:t>Adres zamieszkania : _________________________________________________________</w:t>
      </w:r>
    </w:p>
    <w:p>
      <w:r>
        <w:rPr>
          <w:b w:val="0"/>
          <w:sz w:val="20"/>
        </w:rPr>
        <w:t>Telefon kontaktowy : _________________________________________________________</w:t>
      </w:r>
    </w:p>
    <w:p/>
    <w:p>
      <w:r>
        <w:rPr>
          <w:b/>
          <w:sz w:val="20"/>
        </w:rPr>
        <w:t>Dane Inwestora (odbiorcy):</w:t>
      </w:r>
    </w:p>
    <w:p>
      <w:r>
        <w:rPr>
          <w:b w:val="0"/>
          <w:sz w:val="20"/>
        </w:rPr>
        <w:t>Imię i Nazwisko / Nazwa firmy : ________________________________________________</w:t>
      </w:r>
    </w:p>
    <w:p>
      <w:r>
        <w:rPr>
          <w:b w:val="0"/>
          <w:sz w:val="20"/>
        </w:rPr>
        <w:t>Adres budynku : _______________________________________________________________</w:t>
      </w:r>
    </w:p>
    <w:p>
      <w:r>
        <w:rPr>
          <w:b w:val="0"/>
          <w:sz w:val="20"/>
        </w:rPr>
        <w:t>Telefon kontaktowy : _________________________________________________________</w:t>
      </w:r>
    </w:p>
    <w:p/>
    <w:p>
      <w:r>
        <w:rPr>
          <w:b/>
          <w:sz w:val="20"/>
        </w:rPr>
        <w:t>Oświadczenie:</w:t>
      </w:r>
    </w:p>
    <w:p>
      <w:r>
        <w:rPr>
          <w:b w:val="0"/>
          <w:sz w:val="20"/>
        </w:rPr>
        <w:t>Ja niżej podpisany elektryk oświadczam, że wykonałem pomiary i odbiór instalacji elektrycznej w budynku mieszkalnym jednorodzinnym o powyższym adresie. Instalacja została wykonana zgodnie z obowiązującymi normami i przepisami prawa budowlanego oraz przepisami dotyczącymi bezpieczeństwa elektrycznego.</w:t>
      </w:r>
    </w:p>
    <w:p/>
    <w:p>
      <w:r>
        <w:rPr>
          <w:b w:val="0"/>
          <w:sz w:val="20"/>
        </w:rPr>
        <w:t>Zakres wykonanych pomiarów obejmował między innymi pomiary ochronne, pomiary rezystancji izolacji, sprawdzenie działania urządzeń ochronnych oraz kompletność i prawidłowość wykonania instalacji.</w:t>
      </w:r>
    </w:p>
    <w:p/>
    <w:p>
      <w:r>
        <w:rPr>
          <w:b w:val="0"/>
          <w:sz w:val="20"/>
        </w:rPr>
        <w:t>Potwierdzam, że instalacja jest gotowa do odbioru i użytkowania, a wszystkie stwierdzone nieprawidłowości zostały usunięte lub zgłoszone do dalszej realizacji zgodnie z obowiązującymi przepisami.</w:t>
      </w:r>
    </w:p>
    <w:p/>
    <w:p/>
    <w:p>
      <w:r>
        <w:rPr>
          <w:b w:val="0"/>
          <w:sz w:val="20"/>
        </w:rPr>
        <w:t>Miejsce : _____________________________________________________________</w:t>
      </w:r>
    </w:p>
    <w:p>
      <w:r>
        <w:rPr>
          <w:b w:val="0"/>
          <w:sz w:val="20"/>
        </w:rPr>
        <w:t>Data : 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ELEKTRYK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INWESTOR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Imię i Nazwisko : 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Imię i Nazwisko / Nazwa : 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https://oswiadczenie-gotowe.com/oswiadczenie-elektryka-do-odbioru-domu/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https://oswiadczenie-gotowe.com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oswiadczenie-gotowe.com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oswiadczenie-gotowe.com/oswiadczenie-elektryka-do-odbioru-domu/" TargetMode="External"/><Relationship Id="rId10" Type="http://schemas.openxmlformats.org/officeDocument/2006/relationships/hyperlink" Target="https://oswiadczenie-gotow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