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KIEROWNIKA ROBÓT SANITARNYCH</w:t>
      </w:r>
    </w:p>
    <w:p/>
    <w:p>
      <w:r>
        <w:rPr>
          <w:b/>
          <w:sz w:val="20"/>
        </w:rPr>
        <w:t>Dane Kierownika Robót Sanitarnych :</w:t>
      </w:r>
    </w:p>
    <w:p>
      <w:r>
        <w:rPr>
          <w:b w:val="0"/>
          <w:sz w:val="20"/>
        </w:rPr>
        <w:t>Imię i Nazwisko : __________________________________________________________</w:t>
      </w:r>
    </w:p>
    <w:p>
      <w:r>
        <w:rPr>
          <w:b w:val="0"/>
          <w:sz w:val="20"/>
        </w:rPr>
        <w:t>Nr uprawnień : ______________________________________________________________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</w:t>
      </w:r>
    </w:p>
    <w:p/>
    <w:p>
      <w:r>
        <w:rPr>
          <w:b/>
          <w:sz w:val="20"/>
        </w:rPr>
        <w:t>Dane Inwestora :</w:t>
      </w:r>
    </w:p>
    <w:p>
      <w:r>
        <w:rPr>
          <w:b w:val="0"/>
          <w:sz w:val="20"/>
        </w:rPr>
        <w:t>Nazwa / Imię i Nazwisko : _________________________________________________</w:t>
      </w:r>
    </w:p>
    <w:p>
      <w:r>
        <w:rPr>
          <w:b w:val="0"/>
          <w:sz w:val="20"/>
        </w:rPr>
        <w:t>Adres inwestycji : 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</w:t>
      </w:r>
    </w:p>
    <w:p/>
    <w:p>
      <w:r>
        <w:rPr>
          <w:b/>
          <w:sz w:val="20"/>
        </w:rPr>
        <w:t>Przedmiot oświadczenia :</w:t>
      </w:r>
    </w:p>
    <w:p>
      <w:r>
        <w:rPr>
          <w:b w:val="0"/>
          <w:sz w:val="20"/>
        </w:rPr>
        <w:t>Oświadczam, że w ramach prowadzonych robót sanitarnych na wyżej wymienionej inwestycji pełnię funkcję Kierownika Robót Sanitarnych zgodnie z wymogami obowiązujących przepisów prawa budowlanego oraz rozporządzeń wykonawczych.</w:t>
      </w:r>
    </w:p>
    <w:p/>
    <w:p>
      <w:r>
        <w:rPr>
          <w:b w:val="0"/>
          <w:sz w:val="20"/>
        </w:rPr>
        <w:t>Oświadczam, że prace prowadzone są zgodnie z projektem budowlanym, warunkami technicznymi oraz przepisami sanitarnymi obowiązującymi na terenie Rzeczypospolitej Polskiej.</w:t>
      </w:r>
    </w:p>
    <w:p/>
    <w:p>
      <w:r>
        <w:rPr>
          <w:b w:val="0"/>
          <w:sz w:val="20"/>
        </w:rPr>
        <w:t>Zapewniam, że materiały i urządzenia zastosowane w trakcie robót spełniają wymagania norm oraz posiadają odpowiednie atesty i certyfikaty dopuszczające je do stosowania.</w:t>
      </w:r>
    </w:p>
    <w:p/>
    <w:p>
      <w:r>
        <w:rPr>
          <w:b w:val="0"/>
          <w:sz w:val="20"/>
        </w:rPr>
        <w:t>Oświadczam, że prace wykonawcze są prowadzone z zachowaniem należytej staranności i zgodnie z zasadami wiedzy technicznej, a wszelkie niezgodności lub usterki są na bieżąco zgłaszane i usuwane.</w:t>
      </w:r>
    </w:p>
    <w:p/>
    <w:p>
      <w:r>
        <w:rPr>
          <w:b w:val="0"/>
          <w:sz w:val="20"/>
        </w:rPr>
        <w:t>Przyjmuję odpowiedzialność za prawidłowe wykonanie robót sanitarnych oraz ich zgodność z przepisami oraz projektem budowlanym.</w:t>
      </w:r>
    </w:p>
    <w:p/>
    <w:p/>
    <w:p>
      <w:r>
        <w:rPr>
          <w:b w:val="0"/>
          <w:sz w:val="20"/>
        </w:rPr>
        <w:t>Miejsce, Data 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KIEROWNIK ROBÓT SANITARNYCH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https://oswiadczenie-gotowe.com/oswiadczenie-kierownika-robot-sanitarnych/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kierownika-robot-sanitarnych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