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BRAKU PIECZĄTKI FIRMOWEJ</w:t>
      </w:r>
    </w:p>
    <w:p/>
    <w:p/>
    <w:p>
      <w:r>
        <w:rPr>
          <w:b/>
          <w:sz w:val="20"/>
        </w:rPr>
        <w:t>Ja, niżej podpisany/a, niżej wymieniony/a:</w:t>
      </w:r>
    </w:p>
    <w:p>
      <w:r>
        <w:rPr>
          <w:b w:val="0"/>
          <w:sz w:val="20"/>
        </w:rPr>
        <w:t>Imię i nazwisko : __________________________________________________________</w:t>
      </w:r>
    </w:p>
    <w:p>
      <w:r>
        <w:rPr>
          <w:b w:val="0"/>
          <w:sz w:val="20"/>
        </w:rPr>
        <w:t>PESEL / NIP : ______________________________________________________________</w:t>
      </w:r>
    </w:p>
    <w:p>
      <w:r>
        <w:rPr>
          <w:b w:val="0"/>
          <w:sz w:val="20"/>
        </w:rPr>
        <w:t>Adres zamieszkania / siedziby firmy : _______________________________________</w:t>
      </w:r>
    </w:p>
    <w:p>
      <w:r>
        <w:rPr>
          <w:b w:val="0"/>
          <w:sz w:val="20"/>
        </w:rPr>
        <w:t>Stanowisko / funkcja : _____________________________________________________</w:t>
      </w:r>
    </w:p>
    <w:p/>
    <w:p>
      <w:r>
        <w:rPr>
          <w:b/>
          <w:sz w:val="20"/>
        </w:rPr>
        <w:t>Oświadczam, że w mojej firmie / działalności gospodarczej nie jest używana pieczątka firmowa.</w:t>
      </w:r>
    </w:p>
    <w:p>
      <w:r>
        <w:rPr>
          <w:b w:val="0"/>
          <w:sz w:val="20"/>
        </w:rPr>
        <w:t>Zobowiązuję się do podpisywania wszelkich dokumentów własnoręcznym podpisem,</w:t>
      </w:r>
    </w:p>
    <w:p>
      <w:r>
        <w:rPr>
          <w:b w:val="0"/>
          <w:sz w:val="20"/>
        </w:rPr>
        <w:t>który stanowi formę identyfikacji i potwierdzenia woli mojej osoby oraz mojej firmy.</w:t>
      </w:r>
    </w:p>
    <w:p/>
    <w:p>
      <w:r>
        <w:rPr>
          <w:b w:val="0"/>
          <w:sz w:val="20"/>
        </w:rPr>
        <w:t>Oświadczenie to składam w celu potwierdzenia braku pieczątki firmowej i</w:t>
      </w:r>
    </w:p>
    <w:p>
      <w:r>
        <w:rPr>
          <w:b w:val="0"/>
          <w:sz w:val="20"/>
        </w:rPr>
        <w:t>zapewnienia prawidłowego obiegu dokumentów w ramach współpracy z kontrahentami oraz instytucjami.</w:t>
      </w:r>
    </w:p>
    <w:p/>
    <w:p>
      <w:r>
        <w:rPr>
          <w:b/>
          <w:sz w:val="20"/>
        </w:rPr>
        <w:t>Niniejsze oświadczenie jest prawdziwe i zgodne z moją najlepszą wiedzą.</w:t>
      </w:r>
    </w:p>
    <w:p/>
    <w:p/>
    <w:p>
      <w:r>
        <w:rPr>
          <w:b w:val="0"/>
          <w:sz w:val="20"/>
        </w:rPr>
        <w:t>Miejsce : _________________________________________________________________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osoby składającej oświadczenie: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https://oswiadczenie-gotowe.com/oswiadczenie-o-braku-pieczatki-firmowej/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-braku-pieczatki-firmowej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