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BRAKU ROSZCZEŃ WOBEC PRACODAWCY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>
      <w:r>
        <w:rPr>
          <w:b w:val="0"/>
          <w:sz w:val="20"/>
        </w:rPr>
        <w:t>Stanowisko pracy: _______________________________________________</w:t>
      </w:r>
    </w:p>
    <w:p/>
    <w:p>
      <w:r>
        <w:rPr>
          <w:b/>
          <w:sz w:val="20"/>
        </w:rPr>
        <w:t>Oświadczam, że wobec mojego pracodawcy:</w:t>
      </w:r>
    </w:p>
    <w:p>
      <w:r>
        <w:rPr>
          <w:b w:val="0"/>
          <w:sz w:val="20"/>
        </w:rPr>
        <w:t>Nazwa/Imię i nazwisko pracodawcy: ______________________________</w:t>
      </w:r>
    </w:p>
    <w:p>
      <w:r>
        <w:rPr>
          <w:b w:val="0"/>
          <w:sz w:val="20"/>
        </w:rPr>
        <w:t>Adres siedziby/pracy: ___________________________________________</w:t>
      </w:r>
    </w:p>
    <w:p/>
    <w:p>
      <w:r>
        <w:rPr>
          <w:b w:val="0"/>
          <w:sz w:val="20"/>
        </w:rPr>
        <w:t>nie posiadam żadnych roszczeń majątkowych ani niemajątkowych związanych z nawiązaniem, trwaniem oraz rozwiązaniem stosunku pracy.</w:t>
      </w:r>
    </w:p>
    <w:p/>
    <w:p>
      <w:r>
        <w:rPr>
          <w:b w:val="0"/>
          <w:sz w:val="20"/>
        </w:rPr>
        <w:t>Oświadczam również, że otrzymałem/otrzymałam wszelkie należne mi świadczenia wynikające ze stosunku pracy oraz innych tytułów prawnych.</w:t>
      </w:r>
    </w:p>
    <w:p/>
    <w:p>
      <w:r>
        <w:rPr>
          <w:b w:val="0"/>
          <w:sz w:val="20"/>
        </w:rPr>
        <w:t>Niniejsze oświadczenie składam zgodnie z prawdą i dobrowolnie, świadomy/świadoma odpowiedzialności prawnej za składanie fałszywych oświadczeń.</w:t>
      </w:r>
    </w:p>
    <w:p/>
    <w:p/>
    <w:p>
      <w:r>
        <w:rPr>
          <w:b w:val="0"/>
          <w:sz w:val="20"/>
        </w:rPr>
        <w:t>Miejsce: ____________________________________________</w:t>
      </w:r>
    </w:p>
    <w:p>
      <w:r>
        <w:rPr>
          <w:b w:val="0"/>
          <w:sz w:val="20"/>
        </w:rPr>
        <w:t>Data: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pracownika: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https://oswiadczenie-gotowe.com/oswiadczenie-o-braku-roszczen-wobec-pracodawcy/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braku-roszczen-wobec-pracodawcy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