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OŚWIADCZENIE O BRAKU UBEZPIECZENIA</w:t>
      </w:r>
    </w:p>
    <w:p/>
    <w:p/>
    <w:p>
      <w:r>
        <w:rPr>
          <w:b w:val="0"/>
          <w:sz w:val="20"/>
        </w:rPr>
        <w:t>Ja niżej podpisany/a, niżej zwany/a "Oświadczającym", niniejszym oświadczam, że w dniu podpisania niniejszego oświadczenia nie posiadam ważnego ubezpieczenia odpowiedzialności cywilnej (OC) dotyczącego pojazdu/opcji/obiektu opisanych poniżej.</w:t>
      </w:r>
    </w:p>
    <w:p/>
    <w:p/>
    <w:p>
      <w:r>
        <w:rPr>
          <w:b/>
          <w:sz w:val="20"/>
        </w:rPr>
        <w:t>Dane Oświadczającego:</w:t>
      </w:r>
    </w:p>
    <w:p>
      <w:r>
        <w:rPr>
          <w:b w:val="0"/>
          <w:sz w:val="20"/>
        </w:rPr>
        <w:t>Imię i nazwisko: ________________________________________________________________</w:t>
      </w:r>
    </w:p>
    <w:p>
      <w:r>
        <w:rPr>
          <w:b w:val="0"/>
          <w:sz w:val="20"/>
        </w:rPr>
        <w:t>Adres zamieszkania: _____________________________________________________________</w:t>
      </w:r>
    </w:p>
    <w:p>
      <w:r>
        <w:rPr>
          <w:b w:val="0"/>
          <w:sz w:val="20"/>
        </w:rPr>
        <w:t>PESEL/NIP: _____________________________________________________________________</w:t>
      </w:r>
    </w:p>
    <w:p>
      <w:r>
        <w:rPr>
          <w:b w:val="0"/>
          <w:sz w:val="20"/>
        </w:rPr>
        <w:t>Telefon kontaktowy: ______________________________________________________________</w:t>
      </w:r>
    </w:p>
    <w:p/>
    <w:p>
      <w:r>
        <w:rPr>
          <w:b/>
          <w:sz w:val="20"/>
        </w:rPr>
        <w:t>Dane pojazdu/obiektu, którego dotyczy oświadczenie:</w:t>
      </w:r>
    </w:p>
    <w:p>
      <w:r>
        <w:rPr>
          <w:b w:val="0"/>
          <w:sz w:val="20"/>
        </w:rPr>
        <w:t>Marka/model/typ: _________________________________________________________________</w:t>
      </w:r>
    </w:p>
    <w:p>
      <w:r>
        <w:rPr>
          <w:b w:val="0"/>
          <w:sz w:val="20"/>
        </w:rPr>
        <w:t>Numer rejestracyjny/numer identyfikacyjny (VIN/NR fabryczny/etc.): ___________________</w:t>
      </w:r>
    </w:p>
    <w:p>
      <w:r>
        <w:rPr>
          <w:b w:val="0"/>
          <w:sz w:val="20"/>
        </w:rPr>
        <w:t>Rok produkcji: _________________________________________________________________</w:t>
      </w:r>
    </w:p>
    <w:p/>
    <w:p>
      <w:r>
        <w:rPr>
          <w:b w:val="0"/>
          <w:sz w:val="20"/>
        </w:rPr>
        <w:t>Oświadczam, że nie posiadam aktualnego ubezpieczenia odpowiedzialności cywilnej (OC) na powyższy pojazd/obiekt i jestem świadomy/a konsekwencji prawnych wynikających z poruszania się/korzystania z pojazdu/obiektu bez ważnego ubezpieczenia.</w:t>
      </w:r>
    </w:p>
    <w:p/>
    <w:p/>
    <w:p>
      <w:r>
        <w:rPr>
          <w:b w:val="0"/>
          <w:sz w:val="20"/>
        </w:rPr>
        <w:t>Zdaję sobie sprawę, że korzystanie z pojazdu/obiektu bez ważnego ubezpieczenia OC jest sprzeczne z obowiązującymi przepisami prawa i może skutkować nałożeniem kar finansowych oraz innymi sankcjami przewidzianymi przez prawo.</w:t>
      </w:r>
    </w:p>
    <w:p/>
    <w:p/>
    <w:p>
      <w:r>
        <w:rPr>
          <w:b w:val="0"/>
          <w:sz w:val="20"/>
        </w:rPr>
        <w:t>Miejsce: __________________________________________</w:t>
      </w:r>
    </w:p>
    <w:p>
      <w:r>
        <w:rPr>
          <w:b w:val="0"/>
          <w:sz w:val="20"/>
        </w:rPr>
        <w:t>Data: 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Podpis Oświadczającego: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https://oswiadczenie-gotowe.com/oswiadczenie-o-braku-ubezpieczenia-wzor/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https://oswiadczenie-gotowe.com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oswiadczenie-gotowe.com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oswiadczenie-gotowe.com/oswiadczenie-o-braku-ubezpieczenia-wzor/" TargetMode="External"/><Relationship Id="rId10" Type="http://schemas.openxmlformats.org/officeDocument/2006/relationships/hyperlink" Target="https://oswiadczenie-gotow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