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KRADZIEŻY POJAZDU</w:t>
      </w:r>
    </w:p>
    <w:p/>
    <w:p/>
    <w:p>
      <w:r>
        <w:rPr>
          <w:b/>
          <w:sz w:val="20"/>
        </w:rPr>
        <w:t>Dane osoby zgłaszającej:</w:t>
      </w:r>
    </w:p>
    <w:p>
      <w:r>
        <w:rPr>
          <w:b w:val="0"/>
          <w:sz w:val="20"/>
        </w:rPr>
        <w:t>Imię i nazwisko: _______________________________________________</w:t>
      </w:r>
    </w:p>
    <w:p>
      <w:r>
        <w:rPr>
          <w:b w:val="0"/>
          <w:sz w:val="20"/>
        </w:rPr>
        <w:t>PESEL / NIP: _________________________________________________</w:t>
      </w:r>
    </w:p>
    <w:p>
      <w:r>
        <w:rPr>
          <w:b w:val="0"/>
          <w:sz w:val="20"/>
        </w:rPr>
        <w:t>Adres zamieszkania: ____________________________________________</w:t>
      </w:r>
    </w:p>
    <w:p>
      <w:r>
        <w:rPr>
          <w:b w:val="0"/>
          <w:sz w:val="20"/>
        </w:rPr>
        <w:t>Nr dowodu osobistego: _________________________________________</w:t>
      </w:r>
    </w:p>
    <w:p/>
    <w:p>
      <w:r>
        <w:rPr>
          <w:b/>
          <w:sz w:val="20"/>
        </w:rPr>
        <w:t>Dane pojazdu:</w:t>
      </w:r>
    </w:p>
    <w:p>
      <w:r>
        <w:rPr>
          <w:b w:val="0"/>
          <w:sz w:val="20"/>
        </w:rPr>
        <w:t>Marka i model: ________________________________________________</w:t>
      </w:r>
    </w:p>
    <w:p>
      <w:r>
        <w:rPr>
          <w:b w:val="0"/>
          <w:sz w:val="20"/>
        </w:rPr>
        <w:t>Numer rejestracyjny: ___________________________________________</w:t>
      </w:r>
    </w:p>
    <w:p>
      <w:r>
        <w:rPr>
          <w:b w:val="0"/>
          <w:sz w:val="20"/>
        </w:rPr>
        <w:t>Numer VIN: _____________________________________________________</w:t>
      </w:r>
    </w:p>
    <w:p>
      <w:r>
        <w:rPr>
          <w:b w:val="0"/>
          <w:sz w:val="20"/>
        </w:rPr>
        <w:t>Rok produkcji: ________________________________________________</w:t>
      </w:r>
    </w:p>
    <w:p/>
    <w:p>
      <w:r>
        <w:rPr>
          <w:b w:val="0"/>
          <w:sz w:val="20"/>
        </w:rPr>
        <w:t>Oświadczam, że dnia _______________ w miejscu _______________ nastąpiła kradzież powyższego pojazdu.</w:t>
      </w:r>
    </w:p>
    <w:p>
      <w:r>
        <w:rPr>
          <w:b w:val="0"/>
          <w:sz w:val="20"/>
        </w:rPr>
        <w:t>Pojazd nie był przedmiotem żadnych zobowiązań wobec osób trzecich, które mogłyby ograniczać prawo własności.</w:t>
      </w:r>
    </w:p>
    <w:p>
      <w:r>
        <w:rPr>
          <w:b w:val="0"/>
          <w:sz w:val="20"/>
        </w:rPr>
        <w:t>Zgłaszam ten fakt odpowiednim organom ścigania i wnoszę o przyjęcie niniejszego oświadczenia jako podstawy do dalszych działań.</w:t>
      </w:r>
    </w:p>
    <w:p/>
    <w:p>
      <w:r>
        <w:rPr>
          <w:b w:val="0"/>
          <w:sz w:val="20"/>
        </w:rPr>
        <w:t>Jednocześnie oświadczam, że nie posiadam informacji o miejscu pobytu pojazdu ani osobach, które mogłyby mieć do niego dostęp.</w:t>
      </w:r>
    </w:p>
    <w:p/>
    <w:p>
      <w:r>
        <w:rPr>
          <w:b/>
          <w:sz w:val="20"/>
        </w:rPr>
        <w:t>§ 1 Odpowiedzialność</w:t>
      </w:r>
    </w:p>
    <w:p>
      <w:r>
        <w:rPr>
          <w:b w:val="0"/>
          <w:sz w:val="20"/>
        </w:rPr>
        <w:t>Oświadczam, że powyższe informacje są zgodne z moją najlepszą wiedzą i prawdą. Jestem świadomy odpowiedzialności karnej za składanie fałszywych zeznań.</w:t>
      </w:r>
    </w:p>
    <w:p/>
    <w:p>
      <w:r>
        <w:rPr>
          <w:b/>
          <w:sz w:val="20"/>
        </w:rPr>
        <w:t>§ 2 Zgoda na przetwarzanie danych</w:t>
      </w:r>
    </w:p>
    <w:p>
      <w:r>
        <w:rPr>
          <w:b w:val="0"/>
          <w:sz w:val="20"/>
        </w:rPr>
        <w:t>Wyrażam zgodę na przetwarzanie moich danych osobowych zawartych w niniejszym oświadczeniu w celu realizacji procedur związanych z kradzieżą pojazdu.</w:t>
      </w:r>
    </w:p>
    <w:p/>
    <w:p>
      <w:r>
        <w:rPr>
          <w:b w:val="0"/>
          <w:sz w:val="20"/>
        </w:rPr>
        <w:t>Miejsce: ____________________________________    Data: 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Zgłaszający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Przyjmujący zgłoszenie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https://oswiadczenie-gotowe.com/oswiadczenie-o-kradziezy-pojazdu-wzor/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kradziezy-pojazdu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