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OBNIŻENIU CENY</w:t>
      </w:r>
    </w:p>
    <w:p/>
    <w:p/>
    <w:p>
      <w:r>
        <w:rPr>
          <w:b/>
          <w:sz w:val="20"/>
        </w:rPr>
        <w:t>Ja niżej podpisany/a:</w:t>
      </w:r>
    </w:p>
    <w:p>
      <w:r>
        <w:rPr>
          <w:b w:val="0"/>
          <w:sz w:val="20"/>
        </w:rPr>
        <w:t>Imię i Nazwisko : ________________________________________________</w:t>
      </w:r>
    </w:p>
    <w:p>
      <w:r>
        <w:rPr>
          <w:b w:val="0"/>
          <w:sz w:val="20"/>
        </w:rPr>
        <w:t>PESEL/NIP : _______________________________________________________</w:t>
      </w:r>
    </w:p>
    <w:p>
      <w:r>
        <w:rPr>
          <w:b w:val="0"/>
          <w:sz w:val="20"/>
        </w:rPr>
        <w:t>Adres zamieszkania/siedziby : ____________________________________</w:t>
      </w:r>
    </w:p>
    <w:p/>
    <w:p>
      <w:r>
        <w:rPr>
          <w:b/>
          <w:sz w:val="20"/>
        </w:rPr>
        <w:t>niniejszym oświadczam, że w związku z zawarciem umowy sprzedaży dotyczącej:</w:t>
      </w:r>
    </w:p>
    <w:p>
      <w:r>
        <w:rPr>
          <w:b w:val="0"/>
          <w:sz w:val="20"/>
        </w:rPr>
        <w:t>Przedmiot sprzedaży : _____________________________________________</w:t>
      </w:r>
    </w:p>
    <w:p>
      <w:r>
        <w:rPr>
          <w:b w:val="0"/>
          <w:sz w:val="20"/>
        </w:rPr>
        <w:t>Marka/Model : _____________________________________________________</w:t>
      </w:r>
    </w:p>
    <w:p>
      <w:r>
        <w:rPr>
          <w:b w:val="0"/>
          <w:sz w:val="20"/>
        </w:rPr>
        <w:t>Numer seryjny / identyfikacyjny : ___________________________________</w:t>
      </w:r>
    </w:p>
    <w:p>
      <w:r>
        <w:rPr>
          <w:b w:val="0"/>
          <w:sz w:val="20"/>
        </w:rPr>
        <w:t>Data zawarcia umowy : ______________________________________________</w:t>
      </w:r>
    </w:p>
    <w:p/>
    <w:p>
      <w:r>
        <w:rPr>
          <w:b/>
          <w:sz w:val="20"/>
        </w:rPr>
        <w:t>obniżam cenę sprzedaży przedmiotowego towaru do kwoty :</w:t>
      </w:r>
    </w:p>
    <w:p>
      <w:r>
        <w:rPr>
          <w:b w:val="0"/>
          <w:sz w:val="20"/>
        </w:rPr>
        <w:t>Nowa cena sprzedaży : __________________________ PLN</w:t>
      </w:r>
    </w:p>
    <w:p/>
    <w:p>
      <w:r>
        <w:rPr>
          <w:b w:val="0"/>
          <w:sz w:val="20"/>
        </w:rPr>
        <w:t>z zastrzeżeniem, że powyższa zmiana ceny następuje na mocy porozumienia stron i jest wiążąca od dnia podpisania niniejszego oświadczenia.</w:t>
      </w:r>
    </w:p>
    <w:p/>
    <w:p>
      <w:r>
        <w:rPr>
          <w:b/>
          <w:sz w:val="20"/>
        </w:rPr>
        <w:t>§ 1 Oświadczenie sprzedającego</w:t>
      </w:r>
    </w:p>
    <w:p>
      <w:r>
        <w:rPr>
          <w:b w:val="0"/>
          <w:sz w:val="20"/>
        </w:rPr>
        <w:t>Oświadczam, że obniżenie ceny zostało dokonane dobrowolnie oraz że nie jest skutkiem błędu lub przymusu.</w:t>
      </w:r>
    </w:p>
    <w:p/>
    <w:p>
      <w:r>
        <w:rPr>
          <w:b/>
          <w:sz w:val="20"/>
        </w:rPr>
        <w:t>§ 2 Skutki prawne</w:t>
      </w:r>
    </w:p>
    <w:p>
      <w:r>
        <w:rPr>
          <w:b w:val="0"/>
          <w:sz w:val="20"/>
        </w:rPr>
        <w:t>Zmiana ceny stanowi integralną część umowy sprzedaży i jest wiążąca dla obu stron.</w:t>
      </w:r>
    </w:p>
    <w:p/>
    <w:p>
      <w:r>
        <w:rPr>
          <w:b/>
          <w:sz w:val="20"/>
        </w:rPr>
        <w:t>§ 3 Postanowienia końcowe</w:t>
      </w:r>
    </w:p>
    <w:p>
      <w:r>
        <w:rPr>
          <w:b w:val="0"/>
          <w:sz w:val="20"/>
        </w:rPr>
        <w:t>W sprawach nieuregulowanych niniejszym oświadczeniem mają zastosowanie przepisy Kodeksu Cywilnego.</w:t>
      </w:r>
    </w:p>
    <w:p/>
    <w:p/>
    <w:p>
      <w:r>
        <w:rPr>
          <w:b w:val="0"/>
          <w:sz w:val="20"/>
        </w:rPr>
        <w:t>Miejsce, Data 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SPRZEDAJĄCY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KUPUJĄCY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https://oswiadczenie-gotowe.com/oswiadczenie-o-obnizeniu-ceny-wzor/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obnizeniu-ceny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