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OPUSZCZENIU LOKALU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 najemcy: ________________________________________________</w:t>
      </w:r>
    </w:p>
    <w:p>
      <w:r>
        <w:rPr>
          <w:b w:val="0"/>
          <w:sz w:val="20"/>
        </w:rPr>
        <w:t>PESEL/NIP: 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</w:t>
      </w:r>
    </w:p>
    <w:p/>
    <w:p>
      <w:r>
        <w:rPr>
          <w:b/>
          <w:sz w:val="20"/>
        </w:rPr>
        <w:t>Oświadczam, że w dniu __________________________ r. opuściłem/am lokal mieszkalny/usługowy znajdujący się pod adresem: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 w:val="0"/>
          <w:sz w:val="20"/>
        </w:rPr>
        <w:t>Lokal został przekazany właścicielowi/wynajmującemu zgodnie z zawartą umową najmu.</w:t>
      </w:r>
    </w:p>
    <w:p/>
    <w:p>
      <w:r>
        <w:rPr>
          <w:b w:val="0"/>
          <w:sz w:val="20"/>
        </w:rPr>
        <w:t>Potwierdzam, że lokal został zwrócony w stanie niepogorszonym ponad normalne zużycie wynikające z prawidłowego użytkowania.</w:t>
      </w:r>
    </w:p>
    <w:p/>
    <w:p>
      <w:r>
        <w:rPr>
          <w:b w:val="0"/>
          <w:sz w:val="20"/>
        </w:rPr>
        <w:t>Nie zgłaszam żadnych roszczeń wobec właściciela/wynajmującego z tytułu najmu lokalu.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.......................................................</w:t>
      </w:r>
    </w:p>
    <w:p>
      <w:pPr>
        <w:jc w:val="center"/>
      </w:pPr>
      <w:r>
        <w:rPr>
          <w:b w:val="0"/>
          <w:sz w:val="20"/>
        </w:rPr>
        <w:t>Podpis najemcy</w:t>
      </w:r>
    </w:p>
    <w:p/>
    <w:p/>
    <w:p/>
    <w:p>
      <w:pPr>
        <w:jc w:val="center"/>
      </w:pPr>
      <w:r>
        <w:rPr>
          <w:b w:val="0"/>
          <w:sz w:val="20"/>
        </w:rPr>
        <w:t>.......................................................</w:t>
      </w:r>
    </w:p>
    <w:p>
      <w:pPr>
        <w:jc w:val="center"/>
      </w:pPr>
      <w:r>
        <w:rPr>
          <w:b w:val="0"/>
          <w:sz w:val="20"/>
        </w:rPr>
        <w:t>Podpis właściciela/wynajmującego</w:t>
      </w:r>
    </w:p>
    <w:p/>
    <w:p/>
    <w:p>
      <w:r>
        <w:rPr>
          <w:b w:val="0"/>
          <w:sz w:val="20"/>
        </w:rPr>
        <w:t>Miejsce podpisania oświadczenia: __________________________________________</w:t>
      </w:r>
    </w:p>
    <w:p>
      <w:r>
        <w:rPr>
          <w:b w:val="0"/>
          <w:sz w:val="20"/>
        </w:rPr>
        <w:t>Data podpisania oświadczenia: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Najemca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Właściciel/Wynajmujący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https://oswiadczenie-gotowe.com/oswiadczenie-o-opuszczeniu-lokalu-wzor/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opuszczeniu-lokalu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