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POTRĄCENIU KAUCJI NAJMU</w:t>
      </w:r>
    </w:p>
    <w:p/>
    <w:p>
      <w:r>
        <w:rPr>
          <w:b w:val="0"/>
          <w:sz w:val="20"/>
        </w:rPr>
        <w:t>Miejsce : ____________________________    Data : ____________________________</w:t>
      </w:r>
    </w:p>
    <w:p/>
    <w:p>
      <w:r>
        <w:rPr>
          <w:b/>
          <w:sz w:val="20"/>
        </w:rPr>
        <w:t>Dane Najemcy (Osoby Wynajmującej) :</w:t>
      </w:r>
    </w:p>
    <w:p>
      <w:r>
        <w:rPr>
          <w:b w:val="0"/>
          <w:sz w:val="20"/>
        </w:rPr>
        <w:t>Imię i Nazwisko : ________________________________________________</w:t>
      </w:r>
    </w:p>
    <w:p>
      <w:r>
        <w:rPr>
          <w:b w:val="0"/>
          <w:sz w:val="20"/>
        </w:rPr>
        <w:t>PESEL/NIP : ______________________________________________________</w:t>
      </w:r>
    </w:p>
    <w:p>
      <w:r>
        <w:rPr>
          <w:b w:val="0"/>
          <w:sz w:val="20"/>
        </w:rPr>
        <w:t>Adres zamieszkania : ______________________________________________</w:t>
      </w:r>
    </w:p>
    <w:p>
      <w:r>
        <w:rPr>
          <w:b w:val="0"/>
          <w:sz w:val="20"/>
        </w:rPr>
        <w:t>Nr dowodu osobistego : ____________________________________________</w:t>
      </w:r>
    </w:p>
    <w:p/>
    <w:p>
      <w:r>
        <w:rPr>
          <w:b/>
          <w:sz w:val="20"/>
        </w:rPr>
        <w:t>Dane Wynajmującego (Osoby Wynajmującej) :</w:t>
      </w:r>
    </w:p>
    <w:p>
      <w:r>
        <w:rPr>
          <w:b w:val="0"/>
          <w:sz w:val="20"/>
        </w:rPr>
        <w:t>Imię i Nazwisko : ________________________________________________</w:t>
      </w:r>
    </w:p>
    <w:p>
      <w:r>
        <w:rPr>
          <w:b w:val="0"/>
          <w:sz w:val="20"/>
        </w:rPr>
        <w:t>PESEL/NIP : ______________________________________________________</w:t>
      </w:r>
    </w:p>
    <w:p>
      <w:r>
        <w:rPr>
          <w:b w:val="0"/>
          <w:sz w:val="20"/>
        </w:rPr>
        <w:t>Adres zamieszkania : ______________________________________________</w:t>
      </w:r>
    </w:p>
    <w:p>
      <w:r>
        <w:rPr>
          <w:b w:val="0"/>
          <w:sz w:val="20"/>
        </w:rPr>
        <w:t>Nr dowodu osobistego : ____________________________________________</w:t>
      </w:r>
    </w:p>
    <w:p/>
    <w:p>
      <w:r>
        <w:rPr>
          <w:b/>
          <w:sz w:val="20"/>
        </w:rPr>
        <w:t>Informacje dotyczące najmu :</w:t>
      </w:r>
    </w:p>
    <w:p>
      <w:r>
        <w:rPr>
          <w:b w:val="0"/>
          <w:sz w:val="20"/>
        </w:rPr>
        <w:t>Adres wynajmowanej nieruchomości : ________________________________</w:t>
      </w:r>
    </w:p>
    <w:p>
      <w:r>
        <w:rPr>
          <w:b w:val="0"/>
          <w:sz w:val="20"/>
        </w:rPr>
        <w:t>Okres najmu : od __________________ do ___________________________</w:t>
      </w:r>
    </w:p>
    <w:p>
      <w:r>
        <w:rPr>
          <w:b w:val="0"/>
          <w:sz w:val="20"/>
        </w:rPr>
        <w:t>Wysokość kaucji: _________________ PLN</w:t>
      </w:r>
    </w:p>
    <w:p/>
    <w:p>
      <w:r>
        <w:rPr>
          <w:b/>
          <w:sz w:val="20"/>
        </w:rPr>
        <w:t>Oświadczenie :</w:t>
      </w:r>
    </w:p>
    <w:p>
      <w:r>
        <w:rPr>
          <w:b w:val="0"/>
          <w:sz w:val="20"/>
        </w:rPr>
        <w:t>Ja, niżej podpisany/a Wynajmujący, oświadczam, że z kaucji najmu w wysokości wymienionej powyżej potrącam kwotę ___________________ PLN tytułem pokrycia następujących należności i szkód związanych z najmem przedmiotowej nieruchomości: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 w:val="0"/>
          <w:sz w:val="20"/>
        </w:rPr>
        <w:t>Potrącenie zostało dokonane zgodnie z obowiązującymi przepisami prawa oraz warunkami umowy najmu.</w:t>
      </w:r>
    </w:p>
    <w:p/>
    <w:p>
      <w:r>
        <w:rPr>
          <w:b/>
          <w:sz w:val="20"/>
        </w:rPr>
        <w:t>Zwrot pozostałej kwoty kaucji najmu :</w:t>
      </w:r>
    </w:p>
    <w:p>
      <w:r>
        <w:rPr>
          <w:b w:val="0"/>
          <w:sz w:val="20"/>
        </w:rPr>
        <w:t>Pozostała kwota kaucji w wysokości ___________________ PLN zostanie zwrócona Najemcy w terminie i na warunkach określonych w umowie najmu.</w:t>
      </w:r>
    </w:p>
    <w:p/>
    <w:p>
      <w:r>
        <w:rPr>
          <w:b/>
          <w:sz w:val="20"/>
        </w:rPr>
        <w:t>Postanowienia końcowe :</w:t>
      </w:r>
    </w:p>
    <w:p>
      <w:r>
        <w:rPr>
          <w:b w:val="0"/>
          <w:sz w:val="20"/>
        </w:rPr>
        <w:t>Niniejsze oświadczenie zostało sporządzone w dwóch jednobrzmiących egzemplarzach, po jednym dla każdej ze stron.</w:t>
      </w:r>
    </w:p>
    <w:p/>
    <w:p/>
    <w:p>
      <w:r>
        <w:rPr>
          <w:b w:val="0"/>
          <w:sz w:val="20"/>
        </w:rPr>
        <w:t>Miejsce,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Wynajmujący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Najemca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https://oswiadczenie-gotowe.com/oswiadczenie-o-potraceniu-kaucji-najmu-wzor/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potraceniu-kaucji-najmu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