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POZOSTAWANIU W ZWIĄZKU MAŁŻEŃSKIM</w:t>
      </w:r>
    </w:p>
    <w:p/>
    <w:p/>
    <w:p>
      <w:r>
        <w:rPr>
          <w:b/>
          <w:sz w:val="20"/>
        </w:rPr>
        <w:t>Ja niżej podpisany/a:</w:t>
      </w:r>
    </w:p>
    <w:p>
      <w:r>
        <w:rPr>
          <w:b w:val="0"/>
          <w:sz w:val="20"/>
        </w:rPr>
        <w:t>Imię i nazwisko: 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</w:t>
      </w:r>
    </w:p>
    <w:p/>
    <w:p>
      <w:r>
        <w:rPr>
          <w:b/>
          <w:sz w:val="20"/>
        </w:rPr>
        <w:t>oświadczam, że pozostaję w związku małżeńskim z:</w:t>
      </w:r>
    </w:p>
    <w:p>
      <w:r>
        <w:rPr>
          <w:b w:val="0"/>
          <w:sz w:val="20"/>
        </w:rPr>
        <w:t>Imię i nazwisko małżonka/małżonki: ___________________________________________</w:t>
      </w:r>
    </w:p>
    <w:p>
      <w:r>
        <w:rPr>
          <w:b w:val="0"/>
          <w:sz w:val="20"/>
        </w:rPr>
        <w:t>PESEL małżonka/małżonki: __________________________________________________</w:t>
      </w:r>
    </w:p>
    <w:p/>
    <w:p>
      <w:r>
        <w:rPr>
          <w:b w:val="0"/>
          <w:sz w:val="20"/>
        </w:rPr>
        <w:t>Niniejsze oświadczenie składam dla celów ubezpieczeniowych Compensa Towarzystwa Ubezpieczeń S.A. Vienna Insurance Group.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...............................................................................</w:t>
      </w:r>
    </w:p>
    <w:p>
      <w:pPr>
        <w:jc w:val="center"/>
      </w:pPr>
      <w:r>
        <w:rPr>
          <w:b w:val="0"/>
          <w:sz w:val="20"/>
        </w:rPr>
        <w:t>Podpis osoby składającej oświadczenie</w:t>
      </w:r>
    </w:p>
    <w:p/>
    <w:p/>
    <w:p/>
    <w:p>
      <w:pPr>
        <w:jc w:val="center"/>
      </w:pPr>
      <w:r>
        <w:rPr>
          <w:b w:val="0"/>
          <w:sz w:val="20"/>
        </w:rPr>
        <w:t>...............................................................................</w:t>
      </w:r>
    </w:p>
    <w:p>
      <w:pPr>
        <w:jc w:val="center"/>
      </w:pPr>
      <w:r>
        <w:rPr>
          <w:b w:val="0"/>
          <w:sz w:val="20"/>
        </w:rPr>
        <w:t>Data i miejsce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osoby składającej oświadczenie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Potwierdzenie przyjęcia oświadczenia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....................................................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....................................................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https://oswiadczenie-gotowe.com/oswiadczenie-o-pozostawaniu-w-zwiazku-malzenskim-wzor-compensa/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pozostawaniu-w-zwiazku-malzenskim-wzor-compensa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