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PROWADZENIU GOSPODARSTWA ROLNEGO</w:t>
      </w:r>
    </w:p>
    <w:p/>
    <w:p/>
    <w:p>
      <w:r>
        <w:rPr>
          <w:b/>
          <w:sz w:val="20"/>
        </w:rPr>
        <w:t>Ja niżej podpisany/a: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Nr dowodu osobistego: __________________________________________</w:t>
      </w:r>
    </w:p>
    <w:p/>
    <w:p>
      <w:r>
        <w:rPr>
          <w:b/>
          <w:sz w:val="20"/>
        </w:rPr>
        <w:t>Oświadczam, że prowadzę gospodarstwo rolne o następujących parametrach:</w:t>
      </w:r>
    </w:p>
    <w:p>
      <w:r>
        <w:rPr>
          <w:b w:val="0"/>
          <w:sz w:val="20"/>
        </w:rPr>
        <w:t>Adres gospodarstwa: ________________________________________________</w:t>
      </w:r>
    </w:p>
    <w:p>
      <w:r>
        <w:rPr>
          <w:b w:val="0"/>
          <w:sz w:val="20"/>
        </w:rPr>
        <w:t>Powierzchnia gospodarstwa (ha): ____________________________________</w:t>
      </w:r>
    </w:p>
    <w:p>
      <w:r>
        <w:rPr>
          <w:b w:val="0"/>
          <w:sz w:val="20"/>
        </w:rPr>
        <w:t>Rodzaj produkcji rolnej: ___________________________________________</w:t>
      </w:r>
    </w:p>
    <w:p/>
    <w:p>
      <w:r>
        <w:rPr>
          <w:b/>
          <w:sz w:val="20"/>
        </w:rPr>
        <w:t>Oświadczenie składam w celu: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Oświadczam, że powyższe dane są prawdziwe i zgodne ze stanem faktycznym.</w:t>
      </w:r>
    </w:p>
    <w:p/>
    <w:p/>
    <w:p>
      <w:r>
        <w:rPr>
          <w:b w:val="0"/>
          <w:sz w:val="20"/>
        </w:rPr>
        <w:t>Miejsce składania oświadczenia: _____________________________________</w:t>
      </w:r>
    </w:p>
    <w:p>
      <w:r>
        <w:rPr>
          <w:b w:val="0"/>
          <w:sz w:val="20"/>
        </w:rPr>
        <w:t>Data: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składającej oświadczenie: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https://oswiadczenie-gotowe.com/oswiadczenie-o-prowadzeniu-gospodarstwa-rolnego-wzor/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prowadzeniu-gospodarstwa-rolnego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