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STANIE ZDROWIA DZIECKA</w:t>
      </w:r>
    </w:p>
    <w:p/>
    <w:p/>
    <w:p>
      <w:r>
        <w:rPr>
          <w:b/>
          <w:sz w:val="20"/>
        </w:rPr>
        <w:t>Ja, niżej podpisany/a, oświadczam, że dziecko:</w:t>
      </w:r>
    </w:p>
    <w:p/>
    <w:p>
      <w:r>
        <w:rPr>
          <w:b w:val="0"/>
          <w:sz w:val="20"/>
        </w:rPr>
        <w:t>Imię i nazwisko dziecka : ________________________________________________</w:t>
      </w:r>
    </w:p>
    <w:p>
      <w:r>
        <w:rPr>
          <w:b w:val="0"/>
          <w:sz w:val="20"/>
        </w:rPr>
        <w:t>Data urodzenia : _________________________________________________________</w:t>
      </w:r>
    </w:p>
    <w:p>
      <w:r>
        <w:rPr>
          <w:b w:val="0"/>
          <w:sz w:val="20"/>
        </w:rPr>
        <w:t>PESEL dziecka : __________________________________________________________</w:t>
      </w:r>
    </w:p>
    <w:p>
      <w:r>
        <w:rPr>
          <w:b w:val="0"/>
          <w:sz w:val="20"/>
        </w:rPr>
        <w:t>Adres zamieszkania dziecka : _____________________________________________</w:t>
      </w:r>
    </w:p>
    <w:p/>
    <w:p/>
    <w:p>
      <w:r>
        <w:rPr>
          <w:b w:val="0"/>
          <w:sz w:val="20"/>
        </w:rPr>
        <w:t>jest zdrowe i nie wykazuje żadnych objawów chorobowych, które mogłyby stanowić zagrożenie dla innych dzieci lub osób dorosłych.</w:t>
      </w:r>
    </w:p>
    <w:p/>
    <w:p>
      <w:r>
        <w:rPr>
          <w:b/>
          <w:sz w:val="20"/>
        </w:rPr>
        <w:t>Oświadczam ponadto, że dziecko:</w:t>
      </w:r>
    </w:p>
    <w:p/>
    <w:p>
      <w:r>
        <w:rPr>
          <w:b w:val="0"/>
          <w:sz w:val="20"/>
        </w:rPr>
        <w:t>1. Nie przebywa obecnie na kwarantannie ani izolacji z powodu chorób zakaźnych.</w:t>
      </w:r>
    </w:p>
    <w:p>
      <w:r>
        <w:rPr>
          <w:b w:val="0"/>
          <w:sz w:val="20"/>
        </w:rPr>
        <w:t>2. Nie miało kontaktu z osobami zakażonymi lub podejrzanymi o zakażenie chorobami zakaźnymi w ciągu ostatnich 14 dni.</w:t>
      </w:r>
    </w:p>
    <w:p>
      <w:r>
        <w:rPr>
          <w:b w:val="0"/>
          <w:sz w:val="20"/>
        </w:rPr>
        <w:t>3. Nie jest pod opieką lekarza z powodu choroby, która wymagała by ograniczenia uczestnictwa w zajęciach.</w:t>
      </w:r>
    </w:p>
    <w:p/>
    <w:p>
      <w:r>
        <w:rPr>
          <w:b w:val="0"/>
          <w:sz w:val="20"/>
        </w:rPr>
        <w:t>Stan zdrowia dziecka pozwala na udział w zajęciach organizowanych przez placówkę.</w:t>
      </w:r>
    </w:p>
    <w:p/>
    <w:p/>
    <w:p>
      <w:r>
        <w:rPr>
          <w:b w:val="0"/>
          <w:sz w:val="20"/>
        </w:rPr>
        <w:t>Data i miejsce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Rodzic / Opiekun prawny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Personel placówki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https://oswiadczenie-gotowe.com/oswiadczenie-o-stanie-zdrowia-dziecka-wzor/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stanie-zdrowia-dziecka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