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WNIESIENIU TORTU</w:t>
      </w:r>
    </w:p>
    <w:p/>
    <w:p/>
    <w:p>
      <w:r>
        <w:rPr>
          <w:b w:val="0"/>
          <w:sz w:val="20"/>
        </w:rPr>
        <w:t>Ja, niżej podpisany/a, ...............................................................</w:t>
      </w:r>
    </w:p>
    <w:p>
      <w:r>
        <w:rPr>
          <w:b w:val="0"/>
          <w:sz w:val="20"/>
        </w:rPr>
        <w:t>zamieszkały/a ...............................................................................</w:t>
      </w:r>
    </w:p>
    <w:p>
      <w:r>
        <w:rPr>
          <w:b w:val="0"/>
          <w:sz w:val="20"/>
        </w:rPr>
        <w:t>niniejszym oświadczam, że wnoszę na rzecz ................................................</w:t>
      </w:r>
    </w:p>
    <w:p>
      <w:r>
        <w:rPr>
          <w:b w:val="0"/>
          <w:sz w:val="20"/>
        </w:rPr>
        <w:t>urodzonego/ej dnia ......................................................, zamieszkałego/ej</w:t>
      </w:r>
    </w:p>
    <w:p>
      <w:r>
        <w:rPr>
          <w:b w:val="0"/>
          <w:sz w:val="20"/>
        </w:rPr>
        <w:t>.......................................................................................</w:t>
      </w:r>
    </w:p>
    <w:p>
      <w:r>
        <w:rPr>
          <w:b w:val="0"/>
          <w:sz w:val="20"/>
        </w:rPr>
        <w:t>tort, którego szczegółowy opis przedstawia się następująco:</w:t>
      </w:r>
    </w:p>
    <w:p/>
    <w:p>
      <w:r>
        <w:rPr>
          <w:b w:val="0"/>
          <w:sz w:val="20"/>
        </w:rPr>
        <w:t>1. Rodzaj tortu: ....................................................................................</w:t>
      </w:r>
    </w:p>
    <w:p>
      <w:r>
        <w:rPr>
          <w:b w:val="0"/>
          <w:sz w:val="20"/>
        </w:rPr>
        <w:t>2. Ilość porcji: ......................................................................................</w:t>
      </w:r>
    </w:p>
    <w:p>
      <w:r>
        <w:rPr>
          <w:b w:val="0"/>
          <w:sz w:val="20"/>
        </w:rPr>
        <w:t>3. Kolorystyka i dekoracje: .......................................................................</w:t>
      </w:r>
    </w:p>
    <w:p>
      <w:r>
        <w:rPr>
          <w:b w:val="0"/>
          <w:sz w:val="20"/>
        </w:rPr>
        <w:t>4. Inne uwagi dotyczące tortu: ..................................................................</w:t>
      </w:r>
    </w:p>
    <w:p/>
    <w:p>
      <w:r>
        <w:rPr>
          <w:b w:val="0"/>
          <w:sz w:val="20"/>
        </w:rPr>
        <w:t>Oświadczam, że tort jest przeznaczony na użytek własny i zostanie wykorzystany zgodnie z</w:t>
      </w:r>
    </w:p>
    <w:p>
      <w:r>
        <w:rPr>
          <w:b w:val="0"/>
          <w:sz w:val="20"/>
        </w:rPr>
        <w:t>przeznaczeniem. Przyjmuję pełną odpowiedzialność za dalsze użytkowanie tortu oraz</w:t>
      </w:r>
    </w:p>
    <w:p>
      <w:r>
        <w:rPr>
          <w:b w:val="0"/>
          <w:sz w:val="20"/>
        </w:rPr>
        <w:t>ewentualne skutki jego spożycia.</w:t>
      </w:r>
    </w:p>
    <w:p/>
    <w:p>
      <w:r>
        <w:rPr>
          <w:b w:val="0"/>
          <w:sz w:val="20"/>
        </w:rPr>
        <w:t>Niniejsze oświadczenie sporządzam w celu potwierdzenia wniesienia tortu na wskazane</w:t>
      </w:r>
    </w:p>
    <w:p>
      <w:r>
        <w:rPr>
          <w:b w:val="0"/>
          <w:sz w:val="20"/>
        </w:rPr>
        <w:t>wydarzenie i zobowiązuję się do przestrzegania wszelkich obowiązujących zasad i</w:t>
      </w:r>
    </w:p>
    <w:p>
      <w:r>
        <w:rPr>
          <w:b w:val="0"/>
          <w:sz w:val="20"/>
        </w:rPr>
        <w:t>przepisów związanych z jego użytkowaniem.</w:t>
      </w:r>
    </w:p>
    <w:p/>
    <w:p/>
    <w:p>
      <w:r>
        <w:rPr>
          <w:b w:val="0"/>
          <w:sz w:val="20"/>
        </w:rPr>
        <w:t>...................................................., dnia ....................................................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Osoba wnosząca tort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Osoba przyjmująca oświadczenie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https://oswiadczenie-gotowe.com/oswiadczenie-o-wniesieniu-tortu-wzor/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o-wniesieniu-tortu-wzor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