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WYDATKACH BEZ FAKTURY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 : ___________________________________________</w:t>
      </w:r>
    </w:p>
    <w:p>
      <w:r>
        <w:rPr>
          <w:b w:val="0"/>
          <w:sz w:val="20"/>
        </w:rPr>
        <w:t>Adres zamieszkania : ________________________________________</w:t>
      </w:r>
    </w:p>
    <w:p>
      <w:r>
        <w:rPr>
          <w:b w:val="0"/>
          <w:sz w:val="20"/>
        </w:rPr>
        <w:t>PESEL/NIP : ________________________________________________</w:t>
      </w:r>
    </w:p>
    <w:p/>
    <w:p>
      <w:r>
        <w:rPr>
          <w:b/>
          <w:sz w:val="20"/>
        </w:rPr>
        <w:t>Oświadczam, że w dniu ___________________ poniosłem/poniosłam następujące wydatki, które nie zostały udokumentowane fakturą: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Opis wydatku</w:t>
            </w:r>
          </w:p>
        </w:tc>
        <w:tc>
          <w:tcPr>
            <w:tcW w:type="dxa" w:w="3324"/>
          </w:tcPr>
          <w:p>
            <w:r>
              <w:t>Kwota (PLN)</w:t>
            </w:r>
          </w:p>
        </w:tc>
        <w:tc>
          <w:tcPr>
            <w:tcW w:type="dxa" w:w="3324"/>
          </w:tcPr>
          <w:p>
            <w:r>
              <w:t>Cel wydatku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 w:val="0"/>
          <w:sz w:val="20"/>
        </w:rPr>
        <w:t>Oświadczam, że powyższe wydatki zostały faktycznie poniesione przeze mnie, są zgodne ze stanem faktycznym oraz nie zostały wcześniej rozliczone.</w:t>
      </w:r>
    </w:p>
    <w:p/>
    <w:p/>
    <w:p>
      <w:r>
        <w:rPr>
          <w:b w:val="0"/>
          <w:sz w:val="20"/>
        </w:rPr>
        <w:t>Miejsce, Data : _____________________________________________</w:t>
      </w:r>
    </w:p>
    <w:p/>
    <w:p/>
    <w:p>
      <w:r>
        <w:rPr>
          <w:b w:val="0"/>
          <w:sz w:val="20"/>
        </w:rPr>
        <w:t>Podpis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Oświadczający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https://oswiadczenie-gotowe.com/oswiadczenie-o-wydatkach-bez-faktury-wzor/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wydatkach-bez-faktury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