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ZAPŁACIE FAKTURY</w:t>
      </w:r>
    </w:p>
    <w:p/>
    <w:p/>
    <w:p>
      <w:r>
        <w:rPr>
          <w:b/>
          <w:sz w:val="20"/>
        </w:rPr>
        <w:t>Ja, niżej podpisany/a:</w:t>
      </w:r>
    </w:p>
    <w:p>
      <w:r>
        <w:rPr>
          <w:b w:val="0"/>
          <w:sz w:val="20"/>
        </w:rPr>
        <w:t>Imię i nazwisko / Nazwa firmy: ____________________________________________</w:t>
      </w:r>
    </w:p>
    <w:p>
      <w:r>
        <w:rPr>
          <w:b w:val="0"/>
          <w:sz w:val="20"/>
        </w:rPr>
        <w:t>Adres: _________________________________________________________________</w:t>
      </w:r>
    </w:p>
    <w:p>
      <w:r>
        <w:rPr>
          <w:b w:val="0"/>
          <w:sz w:val="20"/>
        </w:rPr>
        <w:t>NIP/PESEL: ______________________________________________________________</w:t>
      </w:r>
    </w:p>
    <w:p/>
    <w:p>
      <w:r>
        <w:rPr>
          <w:b/>
          <w:sz w:val="20"/>
        </w:rPr>
        <w:t>Oświadczam, że zapłaciłem/am na rzecz:</w:t>
      </w:r>
    </w:p>
    <w:p>
      <w:r>
        <w:rPr>
          <w:b w:val="0"/>
          <w:sz w:val="20"/>
        </w:rPr>
        <w:t>Nazwa firmy: ____________________________________________________________</w:t>
      </w:r>
    </w:p>
    <w:p>
      <w:r>
        <w:rPr>
          <w:b w:val="0"/>
          <w:sz w:val="20"/>
        </w:rPr>
        <w:t>Adres: _________________________________________________________________</w:t>
      </w:r>
    </w:p>
    <w:p>
      <w:r>
        <w:rPr>
          <w:b w:val="0"/>
          <w:sz w:val="20"/>
        </w:rPr>
        <w:t>NIP: _________________________________________________________________</w:t>
      </w:r>
    </w:p>
    <w:p/>
    <w:p>
      <w:r>
        <w:rPr>
          <w:b w:val="0"/>
          <w:sz w:val="20"/>
        </w:rPr>
        <w:t>Faktura nr: _______________________________</w:t>
      </w:r>
    </w:p>
    <w:p>
      <w:r>
        <w:rPr>
          <w:b w:val="0"/>
          <w:sz w:val="20"/>
        </w:rPr>
        <w:t>Data wystawienia faktury: _______________________________</w:t>
      </w:r>
    </w:p>
    <w:p>
      <w:r>
        <w:rPr>
          <w:b w:val="0"/>
          <w:sz w:val="20"/>
        </w:rPr>
        <w:t>Kwota brutto: _______________________________ PLN</w:t>
      </w:r>
    </w:p>
    <w:p/>
    <w:p>
      <w:r>
        <w:rPr>
          <w:b/>
          <w:sz w:val="20"/>
        </w:rPr>
        <w:t>Oświadczam, iż powyższa faktura została uregulowana w całości.</w:t>
      </w:r>
    </w:p>
    <w:p/>
    <w:p/>
    <w:p>
      <w:r>
        <w:rPr>
          <w:b w:val="0"/>
          <w:sz w:val="20"/>
        </w:rPr>
        <w:t>Miejsce: _______________________________________________________________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osoby dokonującej zapłaty: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https://oswiadczenie-gotowe.com/oswiadczenie-o-zaplacie-faktury-wzor/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-zaplacie-faktury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