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ZATRUDNIENIU KIEROWCY</w:t>
      </w:r>
    </w:p>
    <w:p/>
    <w:p/>
    <w:p>
      <w:r>
        <w:rPr>
          <w:b/>
          <w:sz w:val="20"/>
        </w:rPr>
        <w:t>Dane Pracodawcy:</w:t>
      </w:r>
    </w:p>
    <w:p>
      <w:r>
        <w:rPr>
          <w:b w:val="0"/>
          <w:sz w:val="20"/>
        </w:rPr>
        <w:t>Nazwa firmy / Imię i nazwisko: ________________________________________________</w:t>
      </w:r>
    </w:p>
    <w:p>
      <w:r>
        <w:rPr>
          <w:b w:val="0"/>
          <w:sz w:val="20"/>
        </w:rPr>
        <w:t>Adres siedziby / zamieszkania: ________________________________________________</w:t>
      </w:r>
    </w:p>
    <w:p>
      <w:r>
        <w:rPr>
          <w:b w:val="0"/>
          <w:sz w:val="20"/>
        </w:rPr>
        <w:t>NIP/REGON: _________________________________________________________________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</w:t>
      </w:r>
    </w:p>
    <w:p/>
    <w:p>
      <w:r>
        <w:rPr>
          <w:b/>
          <w:sz w:val="20"/>
        </w:rPr>
        <w:t>Dane Kierowcy:</w:t>
      </w:r>
    </w:p>
    <w:p>
      <w:r>
        <w:rPr>
          <w:b w:val="0"/>
          <w:sz w:val="20"/>
        </w:rPr>
        <w:t>Imię i nazwisko: ______________________________________________________________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Numer prawa jazdy: ____________________________________________________________</w:t>
      </w:r>
    </w:p>
    <w:p/>
    <w:p>
      <w:r>
        <w:rPr>
          <w:b/>
          <w:sz w:val="20"/>
        </w:rPr>
        <w:t>Oświadczam, że wyżej wymieniona osoba jest zatrudniona w naszej firmie na stanowisku kierowcy.</w:t>
      </w:r>
    </w:p>
    <w:p>
      <w:r>
        <w:rPr>
          <w:b w:val="0"/>
          <w:sz w:val="20"/>
        </w:rPr>
        <w:t>Zatrudnienie to trwa od dnia: ____________________________ i jest zgodne z obowiązującymi przepisami prawa pracy oraz przepisami dotyczącymi transportu drogowego.</w:t>
      </w:r>
    </w:p>
    <w:p>
      <w:r>
        <w:rPr>
          <w:b w:val="0"/>
          <w:sz w:val="20"/>
        </w:rPr>
        <w:t>Pracownik wykonuje swoje obowiązki zgodnie z umową o pracę / umową cywilnoprawną* (niepotrzebne skreślić).</w:t>
      </w:r>
    </w:p>
    <w:p/>
    <w:p>
      <w:r>
        <w:rPr>
          <w:b/>
          <w:sz w:val="20"/>
        </w:rPr>
        <w:t>Oświadczenie niniejsze zostało wydane na prośbę pracownika i służy celom potwierdzenia zatrudnienia.</w:t>
      </w:r>
    </w:p>
    <w:p/>
    <w:p/>
    <w:p>
      <w:r>
        <w:rPr>
          <w:b w:val="0"/>
          <w:sz w:val="20"/>
        </w:rPr>
        <w:t>Miejsce: _____________________________    Data: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Pracodawcy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Pieczęć Firmy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https://oswiadczenie-gotowe.com/oswiadczenie-o-zatrudnieniu-kierowcy-wzor/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zatrudnieniu-kierowcy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