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ZWOLNIENIU Z PODATKU VAT</w:t>
      </w:r>
    </w:p>
    <w:p/>
    <w:p/>
    <w:p>
      <w:r>
        <w:rPr>
          <w:b w:val="0"/>
          <w:sz w:val="20"/>
        </w:rPr>
        <w:t>Ja, niżej podpisany/a, oświadczam, że spełniam warunki do zastosowania zwolnienia z podatku od towarów i usług (VAT) zgodnie z przepisami ustawy o podatku od towarów i usług.</w:t>
      </w:r>
    </w:p>
    <w:p/>
    <w:p/>
    <w:p>
      <w:r>
        <w:rPr>
          <w:b/>
          <w:sz w:val="20"/>
        </w:rPr>
        <w:t>Dane podatnika:</w:t>
      </w:r>
    </w:p>
    <w:p>
      <w:r>
        <w:rPr>
          <w:b w:val="0"/>
          <w:sz w:val="20"/>
        </w:rPr>
        <w:t>Imię i nazwisko / Nazwa firmy : ____________________________________________</w:t>
      </w:r>
    </w:p>
    <w:p>
      <w:r>
        <w:rPr>
          <w:b w:val="0"/>
          <w:sz w:val="20"/>
        </w:rPr>
        <w:t>Adres siedziby / zamieszkania : ____________________________________________</w:t>
      </w:r>
    </w:p>
    <w:p>
      <w:r>
        <w:rPr>
          <w:b w:val="0"/>
          <w:sz w:val="20"/>
        </w:rPr>
        <w:t>NIP : _________________________________________________________________</w:t>
      </w:r>
    </w:p>
    <w:p>
      <w:r>
        <w:rPr>
          <w:b w:val="0"/>
          <w:sz w:val="20"/>
        </w:rPr>
        <w:t>REGON (jeśli dotyczy) : _________________________________________________</w:t>
      </w:r>
    </w:p>
    <w:p/>
    <w:p>
      <w:r>
        <w:rPr>
          <w:b/>
          <w:sz w:val="20"/>
        </w:rPr>
        <w:t>Podstawa prawna zwolnienia:</w:t>
      </w:r>
    </w:p>
    <w:p>
      <w:r>
        <w:rPr>
          <w:b w:val="0"/>
          <w:sz w:val="20"/>
        </w:rPr>
        <w:t>Zwolnienie z VAT przysługuje na podstawie art. 113 ust. 1 i 9 ustawy o podatku od towarów i usług lub innego odpowiedniego przepisu określającego zwolnienie.</w:t>
      </w:r>
    </w:p>
    <w:p>
      <w:r>
        <w:rPr>
          <w:b w:val="0"/>
          <w:sz w:val="20"/>
        </w:rPr>
        <w:t>W szczególności oświadczam, że moje roczne obroty nie przekraczają limitu zwolnienia określonego przepisami prawa.</w:t>
      </w:r>
    </w:p>
    <w:p/>
    <w:p>
      <w:r>
        <w:rPr>
          <w:b/>
          <w:sz w:val="20"/>
        </w:rPr>
        <w:t>Oświadczam, że:</w:t>
      </w:r>
    </w:p>
    <w:p>
      <w:r>
        <w:rPr>
          <w:b w:val="0"/>
          <w:sz w:val="20"/>
        </w:rPr>
        <w:t>1. Nie przekroczyłem/-am limitu obrotów uprawniającego do zwolnienia z VAT.</w:t>
      </w:r>
    </w:p>
    <w:p>
      <w:r>
        <w:rPr>
          <w:b w:val="0"/>
          <w:sz w:val="20"/>
        </w:rPr>
        <w:t>2. Nie wykonuję czynności opodatkowanych, które wyłączają zwolnienie z VAT.</w:t>
      </w:r>
    </w:p>
    <w:p>
      <w:r>
        <w:rPr>
          <w:b w:val="0"/>
          <w:sz w:val="20"/>
        </w:rPr>
        <w:t>3. Jestem świadomy/-a odpowiedzialności karnej za składanie fałszywych oświadczeń.</w:t>
      </w:r>
    </w:p>
    <w:p/>
    <w:p>
      <w:r>
        <w:rPr>
          <w:b w:val="0"/>
          <w:sz w:val="20"/>
        </w:rPr>
        <w:t>Miejsce : 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podatnika: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https://oswiadczenie-gotowe.com/oswiadczenie-o-zwolnieniu-z-vat-wzor/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zwolnieniu-z-vat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