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OCHODACH</w:t>
      </w:r>
    </w:p>
    <w:p/>
    <w:p/>
    <w:p>
      <w:r>
        <w:rPr>
          <w:b/>
          <w:sz w:val="20"/>
        </w:rPr>
        <w:t>Ja, niżej podpisany/a, oświadczam co następuje:</w:t>
      </w:r>
    </w:p>
    <w:p/>
    <w:p>
      <w:r>
        <w:rPr>
          <w:b w:val="0"/>
          <w:sz w:val="20"/>
        </w:rPr>
        <w:t>Imię i nazwisko : _________________________________________________</w:t>
      </w:r>
    </w:p>
    <w:p>
      <w:r>
        <w:rPr>
          <w:b w:val="0"/>
          <w:sz w:val="20"/>
        </w:rPr>
        <w:t>PESEL/NIP : _______________________________________________________</w:t>
      </w:r>
    </w:p>
    <w:p>
      <w:r>
        <w:rPr>
          <w:b w:val="0"/>
          <w:sz w:val="20"/>
        </w:rPr>
        <w:t>Adres zamieszkania : _______________________________________________</w:t>
      </w:r>
    </w:p>
    <w:p>
      <w:r>
        <w:rPr>
          <w:b w:val="0"/>
          <w:sz w:val="20"/>
        </w:rPr>
        <w:t>Nr dowodu osobistego : _____________________________________________</w:t>
      </w:r>
    </w:p>
    <w:p/>
    <w:p>
      <w:r>
        <w:rPr>
          <w:b/>
          <w:sz w:val="20"/>
        </w:rPr>
        <w:t>Oświadczam, że nie zalegam z opłatami dotyczącymi ochodów, w szczególności z tytułu:</w:t>
      </w:r>
    </w:p>
    <w:p>
      <w:r>
        <w:rPr>
          <w:b w:val="0"/>
          <w:sz w:val="20"/>
        </w:rPr>
        <w:t>- podatków lokalnych (np. podatek od nieruchomości, podatek rolny, podatek leśny)</w:t>
      </w:r>
    </w:p>
    <w:p>
      <w:r>
        <w:rPr>
          <w:b w:val="0"/>
          <w:sz w:val="20"/>
        </w:rPr>
        <w:t>- opłat za użytkowanie wieczyste</w:t>
      </w:r>
    </w:p>
    <w:p>
      <w:r>
        <w:rPr>
          <w:b w:val="0"/>
          <w:sz w:val="20"/>
        </w:rPr>
        <w:t>- innych zobowiązań publicznoprawnych związanych z nieruchomościami</w:t>
      </w:r>
    </w:p>
    <w:p/>
    <w:p>
      <w:r>
        <w:rPr>
          <w:b w:val="0"/>
          <w:sz w:val="20"/>
        </w:rPr>
        <w:t>Ponadto oświadczam, że nie toczą się wobec mnie postępowania egzekucyjne dotyczące powyższych zobowiązań.</w:t>
      </w:r>
    </w:p>
    <w:p/>
    <w:p>
      <w:r>
        <w:rPr>
          <w:b w:val="0"/>
          <w:sz w:val="20"/>
        </w:rPr>
        <w:t>Oświadczenie składam świadomie i dobrowolnie, mając pełną świadomość odpowiedzialności prawnej wynikającej z art. 233 Kodeksu karnego,</w:t>
      </w:r>
    </w:p>
    <w:p>
      <w:r>
        <w:rPr>
          <w:b w:val="0"/>
          <w:sz w:val="20"/>
        </w:rPr>
        <w:t>dotyczącej składania fałszywych zeznań.</w:t>
      </w:r>
    </w:p>
    <w:p/>
    <w:p/>
    <w:p>
      <w:r>
        <w:rPr>
          <w:b w:val="0"/>
          <w:sz w:val="20"/>
        </w:rPr>
        <w:t>Miejsce : _____________________________________________</w:t>
      </w:r>
    </w:p>
    <w:p>
      <w:r>
        <w:rPr>
          <w:b w:val="0"/>
          <w:sz w:val="20"/>
        </w:rPr>
        <w:t>Data : 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składającego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https://oswiadczenie-gotowe.com/oswiadczenie-ohodach-wzor/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hodach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