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OJCA</w:t>
      </w:r>
    </w:p>
    <w:p>
      <w:pPr>
        <w:jc w:val="center"/>
      </w:pPr>
      <w:r>
        <w:rPr>
          <w:b/>
          <w:sz w:val="20"/>
        </w:rPr>
        <w:t>O NIEKORZYSTANIU Z URLOPU MACIERZYŃSKIEGO I RODZICIELSKIEGO</w:t>
      </w:r>
    </w:p>
    <w:p/>
    <w:p/>
    <w:p>
      <w:r>
        <w:rPr>
          <w:b/>
          <w:sz w:val="20"/>
        </w:rPr>
        <w:t>Ja, niżej podpisany:</w:t>
      </w:r>
    </w:p>
    <w:p>
      <w:r>
        <w:rPr>
          <w:b w:val="0"/>
          <w:sz w:val="20"/>
        </w:rPr>
        <w:t>Imię i nazwisko: ___________________________________________________</w:t>
      </w:r>
    </w:p>
    <w:p>
      <w:r>
        <w:rPr>
          <w:b w:val="0"/>
          <w:sz w:val="20"/>
        </w:rPr>
        <w:t>PESEL: _____________________________________________________________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</w:t>
      </w:r>
    </w:p>
    <w:p/>
    <w:p>
      <w:r>
        <w:rPr>
          <w:b/>
          <w:sz w:val="20"/>
        </w:rPr>
        <w:t>Oświadczam, że nie korzystam i nie będę korzystał z urlopu macierzyńskiego ani urlopu rodzicielskiego przysługującego matce dziecka zgodnie z przepisami Kodeksu pracy oraz ustawy o świadczeniach rodzinnych.</w:t>
      </w:r>
    </w:p>
    <w:p/>
    <w:p>
      <w:r>
        <w:rPr>
          <w:b/>
          <w:sz w:val="20"/>
        </w:rPr>
        <w:t>Dane dziecka:</w:t>
      </w:r>
    </w:p>
    <w:p>
      <w:r>
        <w:rPr>
          <w:b w:val="0"/>
          <w:sz w:val="20"/>
        </w:rPr>
        <w:t>Imię i nazwisko: ___________________________________________________</w:t>
      </w:r>
    </w:p>
    <w:p>
      <w:r>
        <w:rPr>
          <w:b w:val="0"/>
          <w:sz w:val="20"/>
        </w:rPr>
        <w:t>Data urodzenia: _____________________________________________________</w:t>
      </w:r>
    </w:p>
    <w:p/>
    <w:p>
      <w:r>
        <w:rPr>
          <w:b/>
          <w:sz w:val="20"/>
        </w:rPr>
        <w:t>Podstawa prawna:</w:t>
      </w:r>
    </w:p>
    <w:p>
      <w:r>
        <w:rPr>
          <w:b w:val="0"/>
          <w:sz w:val="20"/>
        </w:rPr>
        <w:t>§ 1. Zgodnie z art. 182(1) Kodeksu pracy, ojciec dziecka może skorzystać z urlopu macierzyńskiego i rodzicielskiego tylko w przypadku rezygnacji matki z tych urlopów.</w:t>
      </w:r>
    </w:p>
    <w:p>
      <w:r>
        <w:rPr>
          <w:b w:val="0"/>
          <w:sz w:val="20"/>
        </w:rPr>
        <w:t>§ 2. Niniejsze oświadczenie stanowi potwierdzenie, że matka dziecka nie korzysta z ww. urlopów i nie planuje z nich korzystać.</w:t>
      </w:r>
    </w:p>
    <w:p/>
    <w:p>
      <w:r>
        <w:rPr>
          <w:b w:val="0"/>
          <w:sz w:val="20"/>
        </w:rPr>
        <w:t>Miejsce: __________________________________________</w:t>
      </w:r>
    </w:p>
    <w:p>
      <w:r>
        <w:rPr>
          <w:b w:val="0"/>
          <w:sz w:val="20"/>
        </w:rPr>
        <w:t>Data: ____________________________________________</w:t>
      </w:r>
    </w:p>
    <w:p/>
    <w:p/>
    <w:p>
      <w:r>
        <w:rPr>
          <w:b/>
          <w:sz w:val="20"/>
        </w:rPr>
        <w:t>Podpis ojca:</w:t>
      </w:r>
    </w:p>
    <w:p>
      <w:r>
        <w:rPr>
          <w:b w:val="0"/>
          <w:sz w:val="20"/>
        </w:rPr>
        <w:t>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ojca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matki (opiekuna prawnego)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https://oswiadczenie-gotowe.com/oswiadczenie-ojca-o-niekorzystaniu-z-urlopu-macierzynskiego-i-rodzicielskiego-wzor/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https://oswiadczenie-gotowe.com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oswiadczenie-gotowe.com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gotowe.com/oswiadczenie-ojca-o-niekorzystaniu-z-urlopu-macierzynskiego-i-rodzicielskiego-wzor/" TargetMode="External"/><Relationship Id="rId10" Type="http://schemas.openxmlformats.org/officeDocument/2006/relationships/hyperlink" Target="https://oswiadczenie-gotow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