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ZBYWCY WYRAŻAJĄCEGO WOLĘ ZBYCIA NIERUCHOMOŚCI NA RZECZ CUDZOZIEMCA</w:t>
      </w:r>
    </w:p>
    <w:p/>
    <w:p/>
    <w:p>
      <w:r>
        <w:rPr>
          <w:b/>
          <w:sz w:val="20"/>
        </w:rPr>
        <w:t>Dane Zbywcy: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>
      <w:r>
        <w:rPr>
          <w:b w:val="0"/>
          <w:sz w:val="20"/>
        </w:rPr>
        <w:t>Nr dowodu osobistego: _______________________________________________________</w:t>
      </w:r>
    </w:p>
    <w:p/>
    <w:p>
      <w:r>
        <w:rPr>
          <w:b/>
          <w:sz w:val="20"/>
        </w:rPr>
        <w:t>Dane nabywcy - cudzoziemca:</w:t>
      </w:r>
    </w:p>
    <w:p>
      <w:r>
        <w:rPr>
          <w:b w:val="0"/>
          <w:sz w:val="20"/>
        </w:rPr>
        <w:t>Imię i nazwisko/Firma: _____________________________________________________</w:t>
      </w:r>
    </w:p>
    <w:p>
      <w:r>
        <w:rPr>
          <w:b w:val="0"/>
          <w:sz w:val="20"/>
        </w:rPr>
        <w:t>Obywatelstwo: _______________________________________________________________</w:t>
      </w:r>
    </w:p>
    <w:p>
      <w:r>
        <w:rPr>
          <w:b w:val="0"/>
          <w:sz w:val="20"/>
        </w:rPr>
        <w:t>Adres zamieszkania/siedziby: ________________________________________________</w:t>
      </w:r>
    </w:p>
    <w:p>
      <w:r>
        <w:rPr>
          <w:b w:val="0"/>
          <w:sz w:val="20"/>
        </w:rPr>
        <w:t>Numer dokumentu tożsamości: ________________________________________________</w:t>
      </w:r>
    </w:p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Adres nieruchomości: _______________________________________________________</w:t>
      </w:r>
    </w:p>
    <w:p>
      <w:r>
        <w:rPr>
          <w:b w:val="0"/>
          <w:sz w:val="20"/>
        </w:rPr>
        <w:t>Numer działki ewidencyjnej: _________________________________________________</w:t>
      </w:r>
    </w:p>
    <w:p>
      <w:r>
        <w:rPr>
          <w:b w:val="0"/>
          <w:sz w:val="20"/>
        </w:rPr>
        <w:t>Obręb geodezyjny: __________________________________________________________</w:t>
      </w:r>
    </w:p>
    <w:p>
      <w:r>
        <w:rPr>
          <w:b w:val="0"/>
          <w:sz w:val="20"/>
        </w:rPr>
        <w:t>Księga wieczysta nr: ________________________________________________________</w:t>
      </w:r>
    </w:p>
    <w:p/>
    <w:p>
      <w:r>
        <w:rPr>
          <w:b w:val="0"/>
          <w:sz w:val="20"/>
        </w:rPr>
        <w:t>Oświadczam, że jestem właścicielem nieruchomości opisanej powyżej oraz wyrażam wolę zbycia tej nieruchomości na rzecz wskazanego cudzoziemca.</w:t>
      </w:r>
    </w:p>
    <w:p/>
    <w:p>
      <w:r>
        <w:rPr>
          <w:b w:val="0"/>
          <w:sz w:val="20"/>
        </w:rPr>
        <w:t>Oświadczam jednocześnie, że niniejsza czynność zbycia została dokonana zgodnie z obowiązującymi przepisami prawa, w tym ustawą z dnia 24 marca 1920 r. o nabywaniu nieruchomości przez cudzoziemców (Dz.U. z 2023 r. poz. 1234 z późn. zm.).</w:t>
      </w:r>
    </w:p>
    <w:p/>
    <w:p>
      <w:r>
        <w:rPr>
          <w:b w:val="0"/>
          <w:sz w:val="20"/>
        </w:rPr>
        <w:t>Potwierdzam, że cudzoziemiec posiada wszelkie wymagane zezwolenia lub inne dokumenty uprawniające do nabycia nieruchomości na terytorium Rzeczypospolitej Polskiej.</w:t>
      </w:r>
    </w:p>
    <w:p/>
    <w:p>
      <w:r>
        <w:rPr>
          <w:b w:val="0"/>
          <w:sz w:val="20"/>
        </w:rPr>
        <w:t>Niniejsze oświadczenie składam świadomie i dobrowolnie, w celu umożliwienia dokonania prawidłowego wpisu w księdze wieczystej oraz innych niezbędnych czynności prawnych.</w:t>
      </w:r>
    </w:p>
    <w:p/>
    <w:p/>
    <w:p>
      <w:r>
        <w:rPr>
          <w:b w:val="0"/>
          <w:sz w:val="20"/>
        </w:rPr>
        <w:t>Miejsce: 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ZBYWCA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CUDZOZIEMIEC - NABYWCA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https://oswiadczenie-gotowe.com/oswiadczenie-zbywcy-wyrazajace-wole-zbycia-nieruchomosci-na-rzecz-cudzoziemca-wzor/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zbywcy-wyrazajace-wole-zbycia-nieruchomosci-na-rzecz-cudzoziemca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