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PISEMNIE OŚWIADCZENIE NABYWY WDT</w:t>
      </w:r>
    </w:p>
    <w:p/>
    <w:p/>
    <w:p>
      <w:r>
        <w:rPr>
          <w:b/>
          <w:sz w:val="20"/>
        </w:rPr>
        <w:t>Ja, niżej podpisany/a, niniejszym oświadczam, co następuje:</w:t>
      </w:r>
    </w:p>
    <w:p/>
    <w:p>
      <w:r>
        <w:rPr>
          <w:b/>
          <w:sz w:val="20"/>
        </w:rPr>
        <w:t>Dane Nabywcy:</w:t>
      </w:r>
    </w:p>
    <w:p>
      <w:r>
        <w:rPr>
          <w:b w:val="0"/>
          <w:sz w:val="20"/>
        </w:rPr>
        <w:t>Imię i nazwisko: 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</w:t>
      </w:r>
    </w:p>
    <w:p>
      <w:r>
        <w:rPr>
          <w:b w:val="0"/>
          <w:sz w:val="20"/>
        </w:rPr>
        <w:t>Nr dowodu osobistego: ___________________________________________________</w:t>
      </w:r>
    </w:p>
    <w:p/>
    <w:p>
      <w:r>
        <w:rPr>
          <w:b/>
          <w:sz w:val="20"/>
        </w:rPr>
        <w:t>Dane towaru będącego przedmiotem wewnątrzwspólnotowego nabycia towarów (WDT):</w:t>
      </w:r>
    </w:p>
    <w:p>
      <w:r>
        <w:rPr>
          <w:b w:val="0"/>
          <w:sz w:val="20"/>
        </w:rPr>
        <w:t>Nazwa towaru: ___________________________________________________________</w:t>
      </w:r>
    </w:p>
    <w:p>
      <w:r>
        <w:rPr>
          <w:b w:val="0"/>
          <w:sz w:val="20"/>
        </w:rPr>
        <w:t>Kod CN (Combined Nomenclature): _________________________________________</w:t>
      </w:r>
    </w:p>
    <w:p>
      <w:r>
        <w:rPr>
          <w:b w:val="0"/>
          <w:sz w:val="20"/>
        </w:rPr>
        <w:t>Ilość/sztuki: _____________________________________________________________</w:t>
      </w:r>
    </w:p>
    <w:p>
      <w:r>
        <w:rPr>
          <w:b w:val="0"/>
          <w:sz w:val="20"/>
        </w:rPr>
        <w:t>Wartość netto: ___________________________________________________________ PLN</w:t>
      </w:r>
    </w:p>
    <w:p>
      <w:r>
        <w:rPr>
          <w:b w:val="0"/>
          <w:sz w:val="20"/>
        </w:rPr>
        <w:t>Numer faktury VAT dokumentującej WDT: _____________________________________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Towar został fizycznie przyjęty przez mnie lub osobę upoważnioną do odbioru towaru.</w:t>
      </w:r>
    </w:p>
    <w:p>
      <w:r>
        <w:rPr>
          <w:b w:val="0"/>
          <w:sz w:val="20"/>
        </w:rPr>
        <w:t>2. Towar jest przeznaczony do prowadzonej przeze mnie działalności gospodarczej.</w:t>
      </w:r>
    </w:p>
    <w:p>
      <w:r>
        <w:rPr>
          <w:b w:val="0"/>
          <w:sz w:val="20"/>
        </w:rPr>
        <w:t>3. W przypadku kontroli jestem przygotowany/a do udokumentowania pochodzenia towaru oraz jego przeznaczenia.</w:t>
      </w:r>
    </w:p>
    <w:p>
      <w:r>
        <w:rPr>
          <w:b w:val="0"/>
          <w:sz w:val="20"/>
        </w:rPr>
        <w:t>4. Zobowiązuję się do przechowywania dokumentacji związanej z WDT przez okres wymagany przepisami prawa podatkowego.</w:t>
      </w:r>
    </w:p>
    <w:p/>
    <w:p>
      <w:r>
        <w:rPr>
          <w:b/>
          <w:sz w:val="20"/>
        </w:rPr>
        <w:t>Oświadczam, że powyższe informacje są zgodne z prawdą i świadomie ponoszę odpowiedzialność prawną za składane oświadczenie.</w:t>
      </w:r>
    </w:p>
    <w:p/>
    <w:p/>
    <w:p>
      <w:r>
        <w:rPr>
          <w:b w:val="0"/>
          <w:sz w:val="20"/>
        </w:rPr>
        <w:t>Miejsce: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Nabywcy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Pieczątka firmowa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https://oswiadczenie-gotowe.com/pisemne-oswiadczenie-nabywcy-wdt-wzor/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pisemne-oswiadczenie-nabywcy-wdt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