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OŚWIADCZENIA O OPIECE NAD OSOBĄ STARSZĄ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nazwisko: 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</w:t>
      </w:r>
    </w:p>
    <w:p/>
    <w:p>
      <w:r>
        <w:rPr>
          <w:b/>
          <w:sz w:val="20"/>
        </w:rPr>
        <w:t>Oświadczam, że sprawuję opiekę nad osobą starszą:</w:t>
      </w:r>
    </w:p>
    <w:p>
      <w:r>
        <w:rPr>
          <w:b w:val="0"/>
          <w:sz w:val="20"/>
        </w:rPr>
        <w:t>Imię i nazwisko osoby starszej: ___________________________________________</w:t>
      </w:r>
    </w:p>
    <w:p>
      <w:r>
        <w:rPr>
          <w:b w:val="0"/>
          <w:sz w:val="20"/>
        </w:rPr>
        <w:t>Stopień pokrewieństwa lub inna relacja: _________________________________</w:t>
      </w:r>
    </w:p>
    <w:p>
      <w:r>
        <w:rPr>
          <w:b w:val="0"/>
          <w:sz w:val="20"/>
        </w:rPr>
        <w:t>Adres zamieszkania osoby starszej: _______________________________________</w:t>
      </w:r>
    </w:p>
    <w:p/>
    <w:p>
      <w:r>
        <w:rPr>
          <w:b/>
          <w:sz w:val="20"/>
        </w:rPr>
        <w:t>Opis zakresu opieki:</w:t>
      </w:r>
    </w:p>
    <w:p>
      <w:r>
        <w:rPr>
          <w:b w:val="0"/>
          <w:sz w:val="20"/>
        </w:rPr>
        <w:t>- Zapewnienie pomocy w codziennych czynnościach życia codziennego (np. higiena, ubieranie, przygotowywanie posiłków).</w:t>
      </w:r>
    </w:p>
    <w:p>
      <w:r>
        <w:rPr>
          <w:b w:val="0"/>
          <w:sz w:val="20"/>
        </w:rPr>
        <w:t>- Zapewnienie bezpieczeństwa i nadzoru.</w:t>
      </w:r>
    </w:p>
    <w:p>
      <w:r>
        <w:rPr>
          <w:b w:val="0"/>
          <w:sz w:val="20"/>
        </w:rPr>
        <w:t>- Pomoc w załatwianiu spraw urzędowych i kontaktach z instytucjami.</w:t>
      </w:r>
    </w:p>
    <w:p>
      <w:r>
        <w:rPr>
          <w:b w:val="0"/>
          <w:sz w:val="20"/>
        </w:rPr>
        <w:t>- Towarzystwo i wsparcie emocjonalne.</w:t>
      </w:r>
    </w:p>
    <w:p/>
    <w:p>
      <w:r>
        <w:rPr>
          <w:b w:val="0"/>
          <w:sz w:val="20"/>
        </w:rPr>
        <w:t>Oświadczam, że powyższe informacje są zgodne z prawdą i potwierdzam gotowość do udzielenia wszelkich dodatkowych wyjaśnień na żądanie właściwych organów.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..........................................................</w:t>
      </w:r>
    </w:p>
    <w:p>
      <w:pPr>
        <w:jc w:val="center"/>
      </w:pPr>
      <w:r>
        <w:rPr>
          <w:b w:val="0"/>
          <w:sz w:val="20"/>
        </w:rPr>
        <w:t>(miejscowość, data)</w:t>
      </w:r>
    </w:p>
    <w:p/>
    <w:p/>
    <w:p/>
    <w:p>
      <w:pPr>
        <w:jc w:val="center"/>
      </w:pPr>
      <w:r>
        <w:rPr>
          <w:b w:val="0"/>
          <w:sz w:val="20"/>
        </w:rPr>
        <w:t>..........................................................</w:t>
      </w:r>
    </w:p>
    <w:p>
      <w:pPr>
        <w:jc w:val="center"/>
      </w:pPr>
      <w:r>
        <w:rPr>
          <w:b w:val="0"/>
          <w:sz w:val="20"/>
        </w:rPr>
        <w:t>(podpis osoby składającej oświadczenie)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STARSZA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SKŁADAJĄCA OŚWIADCZENIE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https://oswiadczenie-gotowe.com/wzor-oswiadczenia-o-opiece-nad-osoba-starsza/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wzor-oswiadczenia-o-opiece-nad-osoba-starsza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